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/>
    <w:p>
      <w:pPr>
        <w:jc w:val="center"/>
      </w:pPr>
      <w:r>
        <w:rPr>
          <w:b/>
          <w:sz w:val="32"/>
        </w:rPr>
        <w:t>部编版语文四年级下册 第二单元单元检测卷三</w:t>
      </w:r>
    </w:p>
    <w:p/>
    <w:p>
      <w:r>
        <w:rPr>
          <w:rStyle w:val="Hei"/>
        </w:rPr>
        <w:t>一 、语言表达（本大题共2小题，共10分）</w:t>
      </w:r>
    </w:p>
    <w:p>
      <w:r>
        <w:t>1.（5分）</w:t>
      </w:r>
      <w:r>
        <w:t>看拼音，写词语。（10分）</w:t>
      </w:r>
    </w:p>
    <w:p>
      <w:pPr>
        <w:ind w:left="420" w:firstLine="240"/>
        <w:jc w:val="left"/>
      </w:pPr>
      <w:r>
        <w:t>zhēnɡ zhá     tuī cè       chí dùn       xiánɡ xì    jiàn kāng</w:t>
      </w:r>
    </w:p>
    <w:p>
      <w:pPr>
        <w:ind w:left="420" w:firstLine="480"/>
        <w:jc w:val="left"/>
      </w:pPr>
      <w:r>
        <w:t>（         ） （         ） （         ）（         ）(         )</w:t>
      </w:r>
    </w:p>
    <w:p>
      <w:pPr>
        <w:ind w:left="420" w:firstLine="240"/>
        <w:jc w:val="left"/>
      </w:pPr>
      <w:r>
        <w:t>bèn zhònɡ     miáo huì       nà mǐ        xū yào     jí bìng</w:t>
      </w:r>
    </w:p>
    <w:p>
      <w:pPr>
        <w:ind w:left="420" w:firstLine="480"/>
      </w:pPr>
      <w:r>
        <w:t>（         ） （         ） （         ）（         ）(         )</w:t>
      </w:r>
    </w:p>
    <w:p>
      <w:r>
        <w:t>2.（5分）</w:t>
      </w:r>
      <w:r>
        <w:t>按课文内容填空。（8分）</w:t>
      </w:r>
    </w:p>
    <w:p>
      <w:pPr>
        <w:ind w:left="420" w:firstLine="480"/>
        <w:jc w:val="left"/>
      </w:pPr>
      <w:r/>
      <w:r>
        <w:rPr>
          <w:u w:val="single"/>
        </w:rPr>
        <w:t xml:space="preserve">1、《江畔独步寻花》的作者是 </w:t>
      </w:r>
      <w:r>
        <w:rPr>
          <w:u w:val="single"/>
        </w:rPr>
        <w:t xml:space="preserve">  </w:t>
        <w:tab/>
      </w:r>
      <w:r>
        <w:rPr>
          <w:u w:val="single"/>
        </w:rPr>
        <w:t xml:space="preserve"> </w:t>
        <w:tab/>
      </w:r>
      <w:r>
        <w:rPr>
          <w:u w:val="single"/>
        </w:rPr>
        <w:t xml:space="preserve">代的   </w:t>
      </w:r>
      <w:r>
        <w:rPr>
          <w:u w:val="single"/>
        </w:rPr>
        <w:t xml:space="preserve">  </w:t>
        <w:tab/>
      </w:r>
      <w:r>
        <w:rPr>
          <w:u w:val="single"/>
        </w:rPr>
        <w:t xml:space="preserve"> </w:t>
        <w:tab/>
      </w:r>
      <w:r>
        <w:rPr>
          <w:u w:val="single"/>
        </w:rPr>
        <w:t xml:space="preserve">，这首诗勾勒出一幅美妙的风景画。诗中“            </w:t>
      </w:r>
      <w:r>
        <w:rPr>
          <w:u w:val="single"/>
        </w:rPr>
        <w:t xml:space="preserve">，           </w:t>
      </w:r>
      <w:r>
        <w:t xml:space="preserve">”表达出诗人爱花赏花的喜悦之情。 </w:t>
      </w:r>
    </w:p>
    <w:p>
      <w:pPr>
        <w:ind w:left="420" w:firstLine="480"/>
      </w:pPr>
      <w:r>
        <w:t>2、《纳米就在我们身边》这课中，运用了__________、____________、____________、____________等说明方法。</w:t>
      </w:r>
    </w:p>
    <w:p>
      <w:r>
        <w:rPr>
          <w:rStyle w:val="Hei"/>
        </w:rPr>
        <w:t>二 、单选题（本大题共10小题，共50分）</w:t>
      </w:r>
    </w:p>
    <w:p>
      <w:r>
        <w:t>3.（5分）</w:t>
      </w:r>
      <w:r>
        <w:t>下列加点字的读音完全正确的一项是（    ）</w:t>
      </w:r>
    </w:p>
    <w:p>
      <w:pPr>
        <w:ind w:left="420"/>
      </w:pPr>
      <w:r>
        <w:t xml:space="preserve">A. </w:t>
      </w:r>
      <w:r>
        <w:t>琥珀（pò）      渗出（shèn）      崭新（zǎn）       不懈（xiè）</w:t>
      </w:r>
      <w:r>
        <w:br/>
      </w:r>
      <w:r>
        <w:t xml:space="preserve">B. </w:t>
      </w:r>
      <w:r>
        <w:t xml:space="preserve">隧道（suì）     松脂（zhī）       繁衍（yǎn） </w:t>
      </w:r>
      <w:r>
        <w:drawing>
          <wp:inline xmlns:a="http://schemas.openxmlformats.org/drawingml/2006/main" xmlns:pic="http://schemas.openxmlformats.org/drawingml/2006/picture">
            <wp:extent cx="28800" cy="1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800" cy="18000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     病灶（zào）</w:t>
      </w:r>
      <w:r>
        <w:br/>
      </w:r>
      <w:r>
        <w:t xml:space="preserve">C. </w:t>
      </w:r>
      <w:r>
        <w:t>杀菌（jūn）     栖息（xī）        死亡率（lǜ）      癌症（ái）</w:t>
      </w:r>
      <w:r>
        <w:br/>
      </w:r>
      <w:r>
        <w:t xml:space="preserve">D. </w:t>
      </w:r>
      <w:r>
        <w:t>冲刷（shā）     膨大（pénɡ）      开辟（pì）        拂拭（shì）</w:t>
      </w:r>
    </w:p>
    <w:p>
      <w:r>
        <w:t>4.（5分）</w:t>
      </w:r>
      <w:r>
        <w:t>下面词语有错别字的一项是(     )。</w:t>
      </w:r>
    </w:p>
    <w:p>
      <w:pPr>
        <w:tabs>
          <w:tab w:pos="2307" w:val="left"/>
          <w:tab w:pos="4195" w:val="left"/>
          <w:tab w:pos="6083" w:val="left"/>
        </w:tabs>
        <w:ind w:left="420"/>
      </w:pPr>
      <w:r>
        <w:t xml:space="preserve">A. </w:t>
      </w:r>
      <w:r>
        <w:t>碳烤羊肉</w:t>
      </w:r>
      <w:r>
        <w:tab/>
      </w:r>
      <w:r>
        <w:t xml:space="preserve">B. </w:t>
      </w:r>
      <w:r>
        <w:t>天然琥珀</w:t>
      </w:r>
      <w:r>
        <w:tab/>
      </w:r>
      <w:r>
        <w:t xml:space="preserve">C. </w:t>
      </w:r>
      <w:r>
        <w:t>新鲜果疏</w:t>
      </w:r>
      <w:r>
        <w:tab/>
      </w:r>
      <w:r>
        <w:t xml:space="preserve">D. </w:t>
      </w:r>
      <w:r>
        <w:t>杀菌防臭袜</w:t>
      </w:r>
    </w:p>
    <w:p>
      <w:r>
        <w:t>5.（5分）</w:t>
      </w:r>
      <w:r>
        <w:t>下列加点字的解释有误的一项是（    ）</w:t>
      </w:r>
    </w:p>
    <w:p>
      <w:pPr>
        <w:tabs>
          <w:tab w:pos="4195" w:val="left"/>
        </w:tabs>
        <w:ind w:left="420"/>
      </w:pPr>
      <w:r>
        <w:t xml:space="preserve">A. </w:t>
      </w:r>
      <w:r>
        <w:t>毫不相干（一点儿）</w:t>
      </w:r>
      <w:r>
        <w:tab/>
      </w:r>
      <w:r>
        <w:t xml:space="preserve">B. </w:t>
      </w:r>
      <w:r>
        <w:t>形态各异（奇异）</w:t>
      </w:r>
      <w:r>
        <w:br/>
      </w:r>
      <w:r>
        <w:t xml:space="preserve">C. </w:t>
      </w:r>
      <w:r>
        <w:t>凌空翱翔（升高）</w:t>
      </w:r>
      <w:r>
        <w:tab/>
      </w:r>
      <w:r>
        <w:t xml:space="preserve">D. </w:t>
      </w:r>
      <w:r>
        <w:t>欣喜若狂（好像）</w:t>
      </w:r>
    </w:p>
    <w:p>
      <w:r>
        <w:t>6.（5分）</w:t>
      </w:r>
      <w:r>
        <w:t>下列句子中四字词语使用不恰当的一项是（    ）</w:t>
      </w:r>
    </w:p>
    <w:p>
      <w:pPr>
        <w:ind w:left="420"/>
      </w:pPr>
      <w:r>
        <w:t xml:space="preserve">A. </w:t>
      </w:r>
      <w:r>
        <w:t>得知姐姐顺利考上大学的消息，妈妈简直欣喜若狂。</w:t>
      </w:r>
      <w:r>
        <w:br/>
      </w:r>
      <w:r>
        <w:t xml:space="preserve">B. </w:t>
      </w:r>
      <w:r>
        <w:t>那一年，他以优异的成绩考上了大学，成为那个时代数一数二的天之骄子。</w:t>
      </w:r>
      <w:r>
        <w:br/>
      </w:r>
      <w:r>
        <w:t xml:space="preserve">C. </w:t>
      </w:r>
      <w:r>
        <w:t>我很想帮你的忙，可惜实在无能为力。</w:t>
      </w:r>
      <w:r>
        <w:br/>
      </w:r>
      <w:r>
        <w:t xml:space="preserve">D. </w:t>
      </w:r>
      <w:r>
        <w:t>这一句点睛之笔完全可以删除。</w:t>
      </w:r>
    </w:p>
    <w:p>
      <w:r>
        <w:t>7.（5分）</w:t>
      </w:r>
      <w:r>
        <w:t>下列与“你难道要违背人类的真理吗”这句话表达的意思不同的一项是（    ）</w:t>
      </w:r>
    </w:p>
    <w:p>
      <w:pPr>
        <w:tabs>
          <w:tab w:pos="4195" w:val="left"/>
        </w:tabs>
        <w:ind w:left="420"/>
      </w:pPr>
      <w:r>
        <w:t xml:space="preserve">A. </w:t>
      </w:r>
      <w:r>
        <w:t>你要违背人类的真理。</w:t>
      </w:r>
      <w:r>
        <w:tab/>
      </w:r>
      <w:r>
        <w:t xml:space="preserve">B. </w:t>
      </w:r>
      <w:r>
        <w:t>你怎么能违背人类的真理呢？</w:t>
      </w:r>
      <w:r>
        <w:br/>
      </w:r>
      <w:r>
        <w:t xml:space="preserve">C. </w:t>
      </w:r>
      <w:r>
        <w:t>你不能违背人类的真理啊！</w:t>
      </w:r>
      <w:r>
        <w:tab/>
      </w:r>
      <w:r>
        <w:t xml:space="preserve">D. </w:t>
      </w:r>
      <w:r>
        <w:t>难道你能违背人类的真理吗？</w:t>
      </w:r>
    </w:p>
    <w:p>
      <w:r>
        <w:t>8.（5分）</w:t>
      </w:r>
      <w:r>
        <w:t>下列句子没有使用作比较的说明方法的是（    ）</w:t>
      </w:r>
    </w:p>
    <w:p>
      <w:pPr>
        <w:ind w:left="420"/>
      </w:pPr>
      <w:r>
        <w:t xml:space="preserve">A. </w:t>
      </w:r>
      <w:r>
        <w:t>地球上的第一种恐龙和狗一般大小，两条后腿粗壮有力，能够支撑起整个身体。</w:t>
      </w:r>
      <w:r>
        <w:br/>
      </w:r>
      <w:r>
        <w:t xml:space="preserve">B. </w:t>
      </w:r>
      <w:r>
        <w:t>如果把直径为1纳米的小球放到乒乓球上，相当于把乒乓球放在地球上，可见纳米有多么小。</w:t>
      </w:r>
      <w:r>
        <w:br/>
      </w:r>
      <w:r>
        <w:t xml:space="preserve">C. </w:t>
      </w:r>
      <w:r>
        <w:t>一百三十万个地球才能抵得上一个太阳。</w:t>
      </w:r>
      <w:r>
        <w:br/>
      </w:r>
      <w:r>
        <w:t xml:space="preserve">D. </w:t>
      </w:r>
      <w:r>
        <w:t>松鼠不躲藏在地底下，而是经常在高处活动，像鸟类似的住在树上，满树林里跑，从这棵树跳到那棵树。</w:t>
      </w:r>
    </w:p>
    <w:p>
      <w:r>
        <w:t>9.（5分）</w:t>
      </w:r>
      <w:r>
        <w:t>阅读时遇到不懂的问题，应该怎样解决？下列方法不正确的一项是（    ）</w:t>
      </w:r>
    </w:p>
    <w:p>
      <w:pPr>
        <w:tabs>
          <w:tab w:pos="4195" w:val="left"/>
        </w:tabs>
        <w:ind w:left="420"/>
      </w:pPr>
      <w:r>
        <w:t xml:space="preserve">A. </w:t>
      </w:r>
      <w:r>
        <w:t>联系上下文，并结合生活经验来解决问题。</w:t>
      </w:r>
      <w:r>
        <w:tab/>
      </w:r>
      <w:r>
        <w:t xml:space="preserve">B. </w:t>
      </w:r>
      <w:r>
        <w:t>查找资料。</w:t>
      </w:r>
      <w:r>
        <w:br/>
      </w:r>
      <w:r>
        <w:t xml:space="preserve">C. </w:t>
      </w:r>
      <w:r>
        <w:t>发挥丰富的想象力，展开奇妙的想象。</w:t>
      </w:r>
      <w:r>
        <w:tab/>
      </w:r>
      <w:r>
        <w:t xml:space="preserve">D. </w:t>
      </w:r>
      <w:r>
        <w:t>请教别人。</w:t>
      </w:r>
    </w:p>
    <w:p>
      <w:r>
        <w:t>10.（5分）</w:t>
      </w:r>
      <w:r>
        <w:t>下列科普作品与作者搭配有误的一组是(  )</w:t>
      </w:r>
    </w:p>
    <w:p>
      <w:pPr>
        <w:tabs>
          <w:tab w:pos="4195" w:val="left"/>
        </w:tabs>
        <w:ind w:left="420"/>
      </w:pPr>
      <w:r>
        <w:t xml:space="preserve">A. </w:t>
      </w:r>
      <w:r>
        <w:t>《灰尘的旅行》 高士其</w:t>
      </w:r>
      <w:r>
        <w:tab/>
      </w:r>
      <w:r>
        <w:t xml:space="preserve">B. </w:t>
      </w:r>
      <w:r>
        <w:t>《看看我们的地球》 李四光</w:t>
      </w:r>
      <w:r>
        <w:br/>
      </w:r>
      <w:r>
        <w:t xml:space="preserve">C. </w:t>
      </w:r>
      <w:r>
        <w:t>《人类起源的演化过程》 贾兰坡</w:t>
      </w:r>
      <w:r>
        <w:tab/>
      </w:r>
      <w:r>
        <w:t xml:space="preserve">D. </w:t>
      </w:r>
      <w:r>
        <w:t>《森林报》 高尔基</w:t>
      </w:r>
    </w:p>
    <w:p>
      <w:r>
        <w:t>11.（5分）</w:t>
      </w:r>
      <w:r>
        <w:t>随着时代的发展,一些新词产生了,如“雷人”“ 给力”“ 狂顶”等。以上三个词语的意思依次是(    )。</w:t>
      </w:r>
    </w:p>
    <w:p>
      <w:pPr>
        <w:tabs>
          <w:tab w:pos="4195" w:val="left"/>
        </w:tabs>
        <w:ind w:left="420"/>
      </w:pPr>
      <w:r>
        <w:t xml:space="preserve">A. </w:t>
      </w:r>
      <w:r>
        <w:t>吓人  带劲  强烈支持</w:t>
      </w:r>
      <w:r>
        <w:tab/>
      </w:r>
      <w:r>
        <w:t xml:space="preserve">B. </w:t>
      </w:r>
      <w:r>
        <w:t>力气大的人  帮助  强烈支持</w:t>
      </w:r>
      <w:r>
        <w:br/>
      </w:r>
      <w:r>
        <w:t xml:space="preserve">C. </w:t>
      </w:r>
      <w:r>
        <w:t>吓人  带劲  时尚</w:t>
      </w:r>
      <w:r>
        <w:tab/>
      </w:r>
      <w:r>
        <w:t xml:space="preserve">D. </w:t>
      </w:r>
      <w:r>
        <w:t>力气大的人  带劲  强烈支持</w:t>
      </w:r>
    </w:p>
    <w:p>
      <w:r>
        <w:t>12.（5分）</w:t>
      </w:r>
      <w:r>
        <w:t>关于“说新闻”，下列说法不正确的是(    )。</w:t>
      </w:r>
    </w:p>
    <w:p>
      <w:pPr>
        <w:tabs>
          <w:tab w:pos="4195" w:val="left"/>
        </w:tabs>
        <w:ind w:left="420"/>
      </w:pPr>
      <w:r>
        <w:t xml:space="preserve">A. </w:t>
      </w:r>
      <w:r>
        <w:t>可以加上自己的想象</w:t>
      </w:r>
      <w:r>
        <w:tab/>
      </w:r>
      <w:r>
        <w:t xml:space="preserve">B. </w:t>
      </w:r>
      <w:r>
        <w:t>要把新闻说清楚</w:t>
      </w:r>
      <w:r>
        <w:br/>
      </w:r>
      <w:r>
        <w:t xml:space="preserve">C. </w:t>
      </w:r>
      <w:r>
        <w:t>不能随意更改内容</w:t>
      </w:r>
      <w:r>
        <w:tab/>
      </w:r>
      <w:r>
        <w:t xml:space="preserve">D. </w:t>
      </w:r>
      <w:r>
        <w:t>可以说说自己对新闻的看法</w:t>
      </w:r>
    </w:p>
    <w:p>
      <w:r>
        <w:rPr>
          <w:rStyle w:val="Hei"/>
        </w:rPr>
        <w:t>三 、阅读理解（本大题共2小题，共10分）</w:t>
      </w:r>
    </w:p>
    <w:p>
      <w:r>
        <w:t>13.（5分）</w:t>
      </w:r>
      <w:r>
        <w:t xml:space="preserve">   （一）琥珀（12分）</w:t>
      </w:r>
    </w:p>
    <w:p>
      <w:pPr>
        <w:ind w:left="420" w:firstLine="480"/>
      </w:pPr>
      <w:r>
        <w:t>海风(强烈  猛烈)地吹，澎湃的波涛把海里的泥沙卷到岸边。</w:t>
      </w:r>
    </w:p>
    <w:p>
      <w:pPr>
        <w:ind w:left="420" w:firstLine="480"/>
      </w:pPr>
      <w:r>
        <w:t>有个渔民带着儿子走过海滩。那孩子赤着脚，他踩着了沙里的一块硬东西，就把它挖了出来。</w:t>
      </w:r>
    </w:p>
    <w:p>
      <w:pPr>
        <w:ind w:left="420"/>
      </w:pPr>
      <w:r>
        <w:t xml:space="preserve">   “爸爸，你看！”他快活地叫起来，“这是什么?”</w:t>
      </w:r>
    </w:p>
    <w:p>
      <w:pPr>
        <w:ind w:left="420"/>
      </w:pPr>
      <w:r>
        <w:t xml:space="preserve">    他爸爸接过来，(仔细  详细)看了看。</w:t>
      </w:r>
    </w:p>
    <w:p>
      <w:pPr>
        <w:ind w:left="420"/>
      </w:pPr>
      <w:r>
        <w:t xml:space="preserve">    这是琥珀  孩子  他高兴地说  有两个小东西关在里面呢   一只苍蝇  一个蜘蛛   这是很少见的</w:t>
      </w:r>
    </w:p>
    <w:p>
      <w:pPr>
        <w:ind w:left="420"/>
      </w:pPr>
      <w:r>
        <w:t xml:space="preserve">    在那块透明的琥珀里，两个小东西仍旧好好地躺着。我们可以看见它们身上的每一根毫毛，还可以想象它们当时在黏稠的松脂里怎样挣扎，因为它们的腿的四周显出好几圈黑色的圆环。从那块琥珀，我们可以(推测  推断)发生在几万年前的故事的（仔细  详细)情形，并且可以知道，在远古时代，世界上就已经有苍蝇和蜘妹了。</w:t>
      </w:r>
    </w:p>
    <w:p>
      <w:pPr>
        <w:ind w:left="420"/>
      </w:pPr>
      <w:r>
        <w:t>1.用“\”画去选文括号里不恰当的词语。(4分)</w:t>
      </w:r>
    </w:p>
    <w:p>
      <w:pPr>
        <w:ind w:left="420"/>
      </w:pPr>
      <w:r>
        <w:t>2.给选文的第四小节空白处填上恰当的标点符号。(4分)</w:t>
      </w:r>
    </w:p>
    <w:p>
      <w:pPr>
        <w:ind w:left="420"/>
      </w:pPr>
      <w:r/>
      <w:r>
        <w:rPr>
          <w:u w:val="single"/>
        </w:rPr>
        <w:t xml:space="preserve">3.“它们的腿的四周显出好几圈黑色的圆环”中的“它们”指              </w:t>
      </w:r>
      <w:r>
        <w:rPr>
          <w:u w:val="single"/>
        </w:rPr>
        <w:t xml:space="preserve">，“四周显出好几圈黑色的圆环”是因为                              </w:t>
      </w:r>
      <w:r>
        <w:t>（2分）</w:t>
      </w:r>
    </w:p>
    <w:p>
      <w:pPr>
        <w:ind w:left="420"/>
      </w:pPr>
      <w:r>
        <w:t>4、这块琥珀在研究上有什么价值？（2分）</w:t>
      </w:r>
    </w:p>
    <w:p>
      <w:pPr>
        <w:ind w:left="420" w:firstLine="480"/>
      </w:pPr>
      <w:r>
        <w:t xml:space="preserve"> </w:t>
      </w:r>
    </w:p>
    <w:p>
      <w:r>
        <w:t>14.（5分）</w:t>
      </w:r>
      <w:r>
        <w:t>（二）课外阅读（15分）</w:t>
      </w:r>
    </w:p>
    <w:p>
      <w:pPr>
        <w:ind w:left="420" w:firstLine="480"/>
      </w:pPr>
      <w:r>
        <w:t>①盐是一种生活必需品,它的主要成分是氯化钠。氧离子和钠离子在人体新陈代谢中发挥着重要作用。氟离子具有维持渗透压、调节酸碱平衡和组成胃酸等的生理作用。钠离子在人体水量恒定上起主要调节作用,钠多则水也多,钠少水也相应减少。因此盐摄入过多时,可能发生（    ）,过少时,可能引起（    ）。</w:t>
      </w:r>
    </w:p>
    <w:p>
      <w:pPr>
        <w:ind w:left="420" w:firstLine="480"/>
      </w:pPr>
      <w:r/>
      <w:r>
        <w:rPr>
          <w:u w:val="single"/>
        </w:rPr>
        <w:t>②（    ）我们的身体离不开盐,（    ）过多的摄入盐却对身体产生危害。日本</w:t>
      </w:r>
      <w:r>
        <w:rPr>
          <w:u w:val="single"/>
        </w:rPr>
        <w:t>秋</w:t>
      </w:r>
      <w:r>
        <w:rPr>
          <w:u w:val="single"/>
        </w:rPr>
        <w:t>田县的居民喜欢吃</w:t>
      </w:r>
      <w:r>
        <w:rPr>
          <w:u w:val="single"/>
        </w:rPr>
        <w:t>咸</w:t>
      </w:r>
      <w:r>
        <w:rPr>
          <w:u w:val="single"/>
        </w:rPr>
        <w:t>食</w:t>
      </w:r>
      <w:r>
        <w:rPr>
          <w:u w:val="single"/>
        </w:rPr>
        <w:t>,</w:t>
      </w:r>
      <w:r>
        <w:rPr>
          <w:u w:val="single"/>
        </w:rPr>
        <w:t>每人每天盐的摄入量为</w:t>
      </w:r>
      <w:r>
        <w:rPr>
          <w:u w:val="single"/>
        </w:rPr>
        <w:t>20</w:t>
      </w:r>
      <w:r>
        <w:rPr>
          <w:u w:val="single"/>
        </w:rPr>
        <w:t>至</w:t>
      </w:r>
      <w:r>
        <w:rPr>
          <w:u w:val="single"/>
        </w:rPr>
        <w:t>30</w:t>
      </w:r>
      <w:r>
        <w:rPr>
          <w:u w:val="single"/>
        </w:rPr>
        <w:t>克</w:t>
      </w:r>
      <w:r>
        <w:rPr>
          <w:u w:val="single"/>
        </w:rPr>
        <w:t>,</w:t>
      </w:r>
      <w:r>
        <w:rPr>
          <w:u w:val="single"/>
        </w:rPr>
        <w:t>比其他县的居民多两倍。结果秋</w:t>
      </w:r>
      <w:r>
        <w:rPr>
          <w:u w:val="single"/>
        </w:rPr>
        <w:t>田</w:t>
      </w:r>
      <w:r>
        <w:rPr>
          <w:u w:val="single"/>
        </w:rPr>
        <w:t>县居民中高血压等疾病的发病率明显偏高</w:t>
      </w:r>
      <w:r>
        <w:rPr>
          <w:u w:val="single"/>
        </w:rPr>
        <w:t>,</w:t>
      </w:r>
      <w:r>
        <w:rPr>
          <w:u w:val="single"/>
        </w:rPr>
        <w:t>是日本有名的短命县。</w:t>
      </w:r>
      <w:r/>
    </w:p>
    <w:p>
      <w:pPr>
        <w:ind w:left="420"/>
      </w:pPr>
      <w:r>
        <w:t xml:space="preserve">    ③按照世界卫生组织的推荐标准,每人每天盐摄入量以5克为宜,不宜超过6克。事实上人们的盐摄入量往往高于此推荐值。我国城市居民平均每人每天摄入盐9.7克,农村居民为11.1克,并且中老年群体盐摄入量明显高于青少年。</w:t>
      </w:r>
    </w:p>
    <w:p>
      <w:pPr>
        <w:ind w:left="420"/>
      </w:pPr>
      <w:r>
        <w:t xml:space="preserve">    ④减少盐的摄入量是能够做到的。首先对每天盐摄入采取总量控制。一般而言,20毫升酱油中含有约3克盐,10克黄豆酱中约1.5克。如果炒菜时需要用酱油或酱类调味时,应按比例减少相应的盐用量。其次食物加工、烹调时尽量少放盐。不吃或少吃咸菜以及含盐量多的酱菜、腌肉制品等食物。最后应多选择含钾多、含钠少的绿色食品。谷类中的荞麦和小米,钾含量较高,蔬莱中土豆、藕、油菜、大白菜、番茄等和水果中大枣、山楂、香蕉、苹果等都含有比较丰富的钾。</w:t>
      </w:r>
    </w:p>
    <w:p>
      <w:pPr>
        <w:ind w:left="420"/>
      </w:pPr>
      <w:r>
        <w:t xml:space="preserve">    ⑤如何降低高血压等疾病的发病率呢?请记住,少吃盐永远是你的健康之道。</w:t>
      </w:r>
    </w:p>
    <w:p>
      <w:pPr>
        <w:ind w:left="420" w:firstLine="480"/>
      </w:pPr>
      <w:r>
        <w:t>1、请根据上下文,将下面A、B两个词,分别填入第①段两个空缺处,使句子符合文意。(填序号)：    A.脱水        B.水肿                    （2分）</w:t>
      </w:r>
    </w:p>
    <w:p>
      <w:pPr>
        <w:ind w:left="420"/>
      </w:pPr>
      <w:r/>
      <w:r>
        <w:rPr>
          <w:u w:val="single"/>
        </w:rPr>
        <w:t xml:space="preserve">2、在第②段（  ）里填上合适的关联词语。划线句子运用了              </w:t>
      </w:r>
      <w:r>
        <w:t>的说明方法。（5分）</w:t>
      </w:r>
    </w:p>
    <w:p>
      <w:pPr>
        <w:ind w:left="420" w:firstLine="480"/>
      </w:pPr>
      <w:r>
        <w:t xml:space="preserve">3、如何减少盐的摄入量?请分点作答。（6分）                       </w:t>
      </w:r>
    </w:p>
    <w:p>
      <w:pPr>
        <w:ind w:left="420"/>
      </w:pPr>
      <w:r/>
      <w:r>
        <w:rPr>
          <w:u w:val="single"/>
        </w:rPr>
        <w:t xml:space="preserve">(1)                                                      </w:t>
      </w:r>
      <w:r/>
    </w:p>
    <w:p>
      <w:pPr>
        <w:ind w:left="420" w:firstLine="480"/>
      </w:pPr>
      <w:r/>
      <w:r>
        <w:rPr>
          <w:u w:val="single"/>
        </w:rPr>
        <w:t xml:space="preserve">(2)                                                      </w:t>
      </w:r>
      <w:r/>
    </w:p>
    <w:p>
      <w:pPr>
        <w:ind w:left="420" w:firstLine="480"/>
      </w:pPr>
      <w:r/>
      <w:r>
        <w:rPr>
          <w:u w:val="single"/>
        </w:rPr>
        <w:t xml:space="preserve">(3)                                                       </w:t>
      </w:r>
      <w:r/>
    </w:p>
    <w:p>
      <w:pPr>
        <w:ind w:left="420" w:firstLine="480"/>
      </w:pPr>
      <w:r>
        <w:t>4.简要概括盐与人类健康的关系。（2分）</w:t>
      </w:r>
    </w:p>
    <w:p>
      <w:pPr>
        <w:ind w:left="420" w:firstLine="480"/>
      </w:pPr>
      <w:r/>
      <w:r>
        <w:rPr>
          <w:u w:val="single"/>
        </w:rPr>
        <w:t xml:space="preserve">                                                  </w:t>
        <w:tab/>
      </w:r>
      <w:r>
        <w:rPr>
          <w:u w:val="single"/>
        </w:rPr>
        <w:t xml:space="preserve">                       </w:t>
        <w:tab/>
      </w:r>
      <w:r/>
    </w:p>
    <w:p>
      <w:r>
        <w:rPr>
          <w:rStyle w:val="Hei"/>
        </w:rPr>
        <w:t>四 、习作（本大题共1小题，共5分）</w:t>
      </w:r>
    </w:p>
    <w:p>
      <w:r>
        <w:t>15.（5分）</w:t>
      </w:r>
      <w:r>
        <w:t>生活处处藏新奇，只待我们去发现。小男孩发现了包裹着苍蝇和蜘蛛的琥珀，你在什么时候也有过特别的发现？请以“我的发现”为题，把自己的经历和感受写出来，题目自拟。</w:t>
      </w:r>
    </w:p>
    <w:p>
      <w:r>
        <w:br w:type="page"/>
      </w:r>
    </w:p>
    <w:p>
      <w:pPr>
        <w:jc w:val="center"/>
      </w:pPr>
      <w:r>
        <w:rPr>
          <w:b/>
          <w:sz w:val="32"/>
        </w:rPr>
        <w:t>答案和解析</w:t>
      </w:r>
    </w:p>
    <w:p>
      <w:r>
        <w:rPr>
          <w:color w:val="3333FF"/>
        </w:rPr>
        <w:t>1.【答案】</w:t>
      </w:r>
      <w:r>
        <w:t>挣扎、推测、迟钝、详细、健康、笨重、描绘、纳米、需要、疾病;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2.【答案】</w:t>
      </w:r>
      <w:r>
        <w:t>1、唐 杜甫 桃花一簇开无主，可爱深红爱浅红？</w:t>
      </w:r>
    </w:p>
    <w:p>
      <w:pPr>
        <w:ind w:left="420" w:firstLine="560"/>
      </w:pPr>
      <w:r>
        <w:t>2、下定义、举例子、列数字、作比较</w:t>
      </w:r>
      <w:r>
        <w:t>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3.【答案】</w:t>
      </w:r>
      <w:r>
        <w:t>B;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4.【答案】</w:t>
      </w:r>
      <w:r>
        <w:t>C;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5.【答案】</w:t>
      </w:r>
      <w:r>
        <w:t>B;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6.【答案】</w:t>
      </w:r>
      <w:r>
        <w:t>D;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7.【答案】</w:t>
      </w:r>
      <w:r>
        <w:t>A;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8.【答案】</w:t>
      </w:r>
      <w:r>
        <w:t>D;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9.【答案】</w:t>
      </w:r>
      <w:r>
        <w:t>C;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10.【答案】</w:t>
      </w:r>
      <w:r>
        <w:t>D;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11.【答案】</w:t>
      </w:r>
      <w:r>
        <w:t>A;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12.【答案】</w:t>
      </w:r>
      <w:r>
        <w:t>A;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13.【答案】</w:t>
      </w:r>
      <w:r>
        <w:t>1、去掉：强烈、详细、推断、仔细</w:t>
      </w:r>
    </w:p>
    <w:p>
      <w:pPr>
        <w:ind w:left="420" w:firstLine="560"/>
      </w:pPr>
      <w:r>
        <w:t>2、“  ，  。  ”  ，  “  ，  ，  。  。  ”</w:t>
      </w:r>
    </w:p>
    <w:p>
      <w:pPr>
        <w:ind w:left="420" w:firstLine="560"/>
      </w:pPr>
      <w:r>
        <w:t>3、苍蝇和蜘蛛  苍蝇和蜘蛛在松脂里挣扎过</w:t>
      </w:r>
    </w:p>
    <w:p>
      <w:pPr>
        <w:ind w:left="420" w:firstLine="560"/>
      </w:pPr>
      <w:r>
        <w:t>4、从那块琥珀，我们可以推测发生在几万年前的故事的详细情形，并且可以知道，在远古时代，世界上就已经有苍蝇和蜘妹了。</w:t>
      </w:r>
      <w:r>
        <w:t>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14.【答案】</w:t>
      </w:r>
      <w:r>
        <w:t>1、B\A2、 虽然 但是 列数字、举例子、作比较3、(1)对每天盐摄入采取总量控制。(2)食物加工、烹调时尽量少放盐。(3)应多选择含钾多、含钠少的绿色食品。4、盐是我们生活中的必需品，但是过多或过少地摄入盐对我们的身体健康会产生危害。;</w:t>
      </w:r>
    </w:p>
    <w:p>
      <w:r>
        <w:rPr>
          <w:color w:val="3333FF"/>
        </w:rPr>
        <w:t>【解析】</w:t>
      </w:r>
      <w:r>
        <w:br/>
      </w:r>
    </w:p>
    <w:p>
      <w:r>
        <w:rPr>
          <w:color w:val="3333FF"/>
        </w:rPr>
        <w:t>15.【答案】</w:t>
      </w:r>
      <w:r>
        <w:t>略</w:t>
      </w:r>
      <w:r>
        <w:t>;</w:t>
      </w:r>
    </w:p>
    <w:p>
      <w:r>
        <w:rPr>
          <w:color w:val="3333FF"/>
        </w:rPr>
        <w:t>【解析】</w:t>
      </w:r>
      <w:r>
        <w:br/>
      </w:r>
    </w:p>
    <w:sectPr w:rsidR="00FC693F" w:rsidRPr="0006063C" w:rsidSect="00034616">
      <w:headerReference w:type="default" r:id="rId10"/>
      <w:footerReference w:type="default" r:id="rId11"/>
      <w:pgSz w:w="11906" w:h="16838"/>
      <w:pgMar w:top="901" w:right="1996" w:bottom="901" w:left="1996" w:header="499" w:footer="499" w:gutter="0"/>
      <w:cols w:space="720" w:num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8"/>
      </w:rPr>
      <w:t xml:space="preserve">第 </w:t>
    </w:r>
    <w:r>
      <w:rPr>
        <w:sz w:val="18"/>
      </w:rPr>
      <w:fldChar w:fldCharType="begin"/>
      <w:instrText xml:space="preserve">PAGE</w:instrText>
      <w:fldChar w:fldCharType="end"/>
    </w:r>
    <w:r>
      <w:rPr>
        <w:sz w:val="18"/>
      </w:rPr>
      <w:t xml:space="preserve"> 页，共 </w:t>
    </w:r>
    <w:r>
      <w:rPr>
        <w:sz w:val="18"/>
      </w:rPr>
      <w:fldChar w:fldCharType="begin"/>
      <w:instrText xml:space="preserve">NUMPAGES</w:instrText>
      <w:fldChar w:fldCharType="end"/>
    </w:r>
    <w:r>
      <w:rPr>
        <w:sz w:val="18"/>
      </w:rPr>
      <w:t xml:space="preserve"> 页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line="240" w:lineRule="auto"/>
      <w:jc w:val="center"/>
    </w:pPr>
    <w:r>
      <w:rPr>
        <w:sz w:val="18"/>
      </w:rPr>
      <w:t>本卷自动生成，请仔细校对后使用，答案仅供参考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360" w:lineRule="auto"/>
    </w:pPr>
    <w:rPr>
      <w:rFonts w:ascii="Times New Roman" w:hAnsi="Times New Roman" w:eastAsia="宋体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Hei">
    <w:name w:val="Hei"/>
    <w:rPr>
      <w:rFonts w:ascii="黑体" w:hAnsi="黑体" w:eastAsia="黑体"/>
      <w:sz w:val="21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TianYuEdu</dc:creator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